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DOCUMENTO DE ENTREGA DE LLAVES</w:t>
      </w:r>
    </w:p>
    <w:p/>
    <w:p>
      <w:r>
        <w:rPr>
          <w:b/>
          <w:sz w:val="20"/>
        </w:rPr>
        <w:t>REUNIDOS</w:t>
      </w:r>
    </w:p>
    <w:p>
      <w:r>
        <w:rPr>
          <w:b w:val="0"/>
          <w:sz w:val="20"/>
        </w:rPr>
        <w:t>De una parte, D./Dña. ______________________________________________________, con DNI/NIE número ____________________________, en calidad de arrendador/vendedor.</w:t>
      </w:r>
    </w:p>
    <w:p>
      <w:r>
        <w:rPr>
          <w:b w:val="0"/>
          <w:sz w:val="20"/>
        </w:rPr>
        <w:t>Y de otra parte, D./Dña. ______________________________________________________, con DNI/NIE número ____________________________, en calidad de arrendatario/comprador.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Que ambas partes suscribieron en su día contrato de arrendamiento/compra-venta sobre el inmueble sito en _______________________________________________________________________________________________________, cuya referencia catastral es ________________________________________________.</w:t>
      </w:r>
    </w:p>
    <w:p>
      <w:r>
        <w:rPr>
          <w:b w:val="0"/>
          <w:sz w:val="20"/>
        </w:rPr>
        <w:t>Que en la presente fecha, el arrendatario/comprador hace entrega al arrendador/vendedor de las llaves correspondientes al referido inmueble, procediéndose por tanto a la devolución/entrega efectiva de la posesión del mismo.</w:t>
      </w:r>
    </w:p>
    <w:p/>
    <w:p>
      <w:r>
        <w:rPr>
          <w:b/>
          <w:sz w:val="20"/>
        </w:rPr>
        <w:t>ENTREGA DE LLAVES</w:t>
      </w:r>
    </w:p>
    <w:p>
      <w:r>
        <w:rPr>
          <w:b w:val="0"/>
          <w:sz w:val="20"/>
        </w:rPr>
        <w:t>Las partes dejan constancia de la entrega y recepción de las siguientes llaves y dispositivos de acceso:</w:t>
      </w:r>
    </w:p>
    <w:p>
      <w:r>
        <w:rPr>
          <w:b w:val="0"/>
          <w:sz w:val="20"/>
        </w:rPr>
        <w:t>- Llaves de acceso principal: ________ unidades.</w:t>
      </w:r>
    </w:p>
    <w:p>
      <w:r>
        <w:rPr>
          <w:b w:val="0"/>
          <w:sz w:val="20"/>
        </w:rPr>
        <w:t>- Llaves de buzón: ________ unidades.</w:t>
      </w:r>
    </w:p>
    <w:p>
      <w:r>
        <w:rPr>
          <w:b w:val="0"/>
          <w:sz w:val="20"/>
        </w:rPr>
        <w:t>- Llaves de trastero: ________ unidades.</w:t>
      </w:r>
    </w:p>
    <w:p>
      <w:r>
        <w:rPr>
          <w:b w:val="0"/>
          <w:sz w:val="20"/>
        </w:rPr>
        <w:t>- Llaves de garaje: ________ unidades.</w:t>
      </w:r>
    </w:p>
    <w:p>
      <w:r>
        <w:rPr>
          <w:b w:val="0"/>
          <w:sz w:val="20"/>
        </w:rPr>
        <w:t>- Mando/s de garaje: ________ unidades.</w:t>
      </w:r>
    </w:p>
    <w:p>
      <w:r>
        <w:rPr>
          <w:b w:val="0"/>
          <w:sz w:val="20"/>
        </w:rPr>
        <w:t>- Otros (especificar): ____________________________________________________________</w:t>
      </w:r>
    </w:p>
    <w:p/>
    <w:p>
      <w:r>
        <w:rPr>
          <w:b/>
          <w:sz w:val="20"/>
        </w:rPr>
        <w:t>ESTADO DEL INMUEBLE</w:t>
      </w:r>
    </w:p>
    <w:p>
      <w:r>
        <w:rPr>
          <w:b w:val="0"/>
          <w:sz w:val="20"/>
        </w:rPr>
        <w:t>Las partes manifiestan que el inmueble se encuentra en el estado de uso descrito en el contrato, haciéndose constar que:</w:t>
      </w:r>
    </w:p>
    <w:p>
      <w:r>
        <w:rPr>
          <w:b w:val="0"/>
          <w:sz w:val="20"/>
        </w:rPr>
        <w:t>- Se han revisado instalaciones, elementos y suministros, no existiendo desperfectos salvo los siguientes: ______________________________________________________________________________________________________________________</w:t>
      </w:r>
    </w:p>
    <w:p>
      <w:r>
        <w:rPr>
          <w:b w:val="0"/>
          <w:sz w:val="20"/>
        </w:rPr>
        <w:t>- Se deja constancia de la lectura de los contadores en la fecha de entrega:</w:t>
      </w:r>
    </w:p>
    <w:p>
      <w:r>
        <w:rPr>
          <w:b w:val="0"/>
          <w:sz w:val="20"/>
        </w:rPr>
        <w:t xml:space="preserve">  - Agua: _______________</w:t>
      </w:r>
    </w:p>
    <w:p>
      <w:r>
        <w:rPr>
          <w:b w:val="0"/>
          <w:sz w:val="20"/>
        </w:rPr>
        <w:t xml:space="preserve">  - Electricidad: _______________</w:t>
      </w:r>
    </w:p>
    <w:p>
      <w:r>
        <w:rPr>
          <w:b w:val="0"/>
          <w:sz w:val="20"/>
        </w:rPr>
        <w:t xml:space="preserve">  - Gas: _______________</w:t>
      </w:r>
    </w:p>
    <w:p>
      <w:r>
        <w:rPr>
          <w:b w:val="0"/>
          <w:sz w:val="20"/>
        </w:rPr>
        <w:t xml:space="preserve">  - Otros: _______________</w:t>
      </w:r>
    </w:p>
    <w:p/>
    <w:p>
      <w:r>
        <w:rPr>
          <w:b/>
          <w:sz w:val="20"/>
        </w:rPr>
        <w:t>FIANZA Y PAGOS</w:t>
      </w:r>
    </w:p>
    <w:p>
      <w:r>
        <w:rPr>
          <w:b w:val="0"/>
          <w:sz w:val="20"/>
        </w:rPr>
        <w:t>En el acto de entrega de llaves, el arrendador/vendedor hace constar la devolución/retención de la fianza por importe de _____________ euros, y la liquidación de los importes pendientes, en su caso, quedando ambas partes conformes salvo los siguientes extremos: __________________________________________________________________________________</w:t>
      </w:r>
    </w:p>
    <w:p/>
    <w:p>
      <w:r>
        <w:rPr>
          <w:b w:val="0"/>
          <w:sz w:val="20"/>
        </w:rPr>
        <w:t>Las partes, leída la totalidad del presente documento, lo firman en prueba de conformidad y para que así conste, por duplicado ejemplar y a un solo efecto, en el lugar y fecha indicados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3969"/>
      </w:tblGrid>
      <w:tr>
        <w:tc>
          <w:tcPr>
            <w:tcW w:type="dxa" w:w="4986"/>
          </w:tcPr>
          <w:p>
            <w:r>
              <w:rPr>
                <w:b/>
                <w:sz w:val="20"/>
              </w:rPr>
              <w:t>Fdo.: El Arrendador/Vendedor</w:t>
              <w:br/>
              <w:br/>
              <w:br/>
              <w:br/>
              <w:br/>
            </w:r>
          </w:p>
        </w:tc>
        <w:tc>
          <w:tcPr>
            <w:tcW w:type="dxa" w:w="4986"/>
          </w:tcPr>
          <w:p>
            <w:r>
              <w:rPr>
                <w:b/>
                <w:sz w:val="20"/>
              </w:rPr>
              <w:t>Fdo.: El Arrendatario/Comprador</w:t>
              <w:br/>
              <w:br/>
              <w:br/>
              <w:br/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https://experto-administrativo.com/documento-entrega-de-llaves/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documento-entrega-de-llave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