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ESCRITO DE SOLICITUD DE CURATELA</w:t>
      </w:r>
    </w:p>
    <w:p/>
    <w:p>
      <w:r>
        <w:rPr>
          <w:b/>
          <w:sz w:val="20"/>
        </w:rPr>
        <w:t>AL JUZGADO DE PRIMERA INSTANCIA DE ____________</w:t>
      </w:r>
    </w:p>
    <w:p/>
    <w:p>
      <w:r>
        <w:rPr>
          <w:b w:val="0"/>
          <w:sz w:val="20"/>
        </w:rPr>
        <w:t>D./Dña. _________________________________________________________</w:t>
      </w:r>
    </w:p>
    <w:p>
      <w:r>
        <w:rPr>
          <w:b w:val="0"/>
          <w:sz w:val="20"/>
        </w:rPr>
        <w:t>con DNI/NIE nº ____________________, mayor de edad, con domicilio en ____________________________________________</w:t>
      </w:r>
    </w:p>
    <w:p>
      <w:r>
        <w:rPr>
          <w:b w:val="0"/>
          <w:sz w:val="20"/>
        </w:rPr>
        <w:t>y teléfono _____________________________, en nombre propio, comparece y DICE:</w:t>
      </w:r>
    </w:p>
    <w:p/>
    <w:p>
      <w:r>
        <w:rPr>
          <w:b w:val="0"/>
          <w:sz w:val="20"/>
        </w:rPr>
        <w:t>Que por medio del presente escrito formula SOLICITUD DE CURATELA respecto de:</w:t>
      </w:r>
    </w:p>
    <w:p>
      <w:r>
        <w:rPr>
          <w:b w:val="0"/>
          <w:sz w:val="20"/>
        </w:rPr>
        <w:t>D./Dña. _________________________________________________________</w:t>
      </w:r>
    </w:p>
    <w:p>
      <w:r>
        <w:rPr>
          <w:b w:val="0"/>
          <w:sz w:val="20"/>
        </w:rPr>
        <w:t>con DNI/NIE nº ____________________, con domicilio en ____________________________________________</w:t>
      </w:r>
    </w:p>
    <w:p>
      <w:r>
        <w:rPr>
          <w:b w:val="0"/>
          <w:sz w:val="20"/>
        </w:rPr>
        <w:t>y fecha de nacimiento _______________, en base a los siguientes:</w:t>
      </w:r>
    </w:p>
    <w:p/>
    <w:p>
      <w:r>
        <w:rPr>
          <w:b/>
          <w:sz w:val="20"/>
        </w:rPr>
        <w:t>HECHOS</w:t>
      </w:r>
    </w:p>
    <w:p>
      <w:r>
        <w:rPr>
          <w:b w:val="0"/>
          <w:sz w:val="20"/>
        </w:rPr>
        <w:t>PRIMERO.- Que la persona para la que se solicita curatela presenta una situación de discapacidad que le impide, de forma parcial, la autogestión de sus asuntos personales y/o patrimoniales, conforme a lo dispuesto en los informes médicos adjuntos.</w:t>
      </w:r>
    </w:p>
    <w:p>
      <w:r>
        <w:rPr>
          <w:b w:val="0"/>
          <w:sz w:val="20"/>
        </w:rPr>
        <w:t>SEGUNDO.- Que dicha persona carece de los apoyos suficientes en su entorno familiar o social que le permitan ejercer su capacidad jurídica en igualdad de condiciones.</w:t>
      </w:r>
    </w:p>
    <w:p>
      <w:r>
        <w:rPr>
          <w:b w:val="0"/>
          <w:sz w:val="20"/>
        </w:rPr>
        <w:t>TERCERO.- Que la intervención de la curatela se solicita como medida de apoyo adaptada a las necesidades de la persona, conforme a la Ley 8/2021, de 2 de junio, de reforma de la legislación civil y procesal para el apoyo a las personas con discapacidad en el ejercicio de su capacidad jurídica.</w:t>
      </w:r>
    </w:p>
    <w:p>
      <w:r>
        <w:rPr>
          <w:b w:val="0"/>
          <w:sz w:val="20"/>
        </w:rPr>
        <w:t>CUARTO.- Que el solicitante mantiene una relación de ___________________ con la persona para la que se solicita la curatela, sin que exista conflicto de intereses y estando dispuesto a asumir las funciones de curador/a si así se determina.</w:t>
      </w:r>
    </w:p>
    <w:p>
      <w:r>
        <w:rPr>
          <w:b w:val="0"/>
          <w:sz w:val="20"/>
        </w:rPr>
        <w:t>QUINTO.- Que se adjuntan los informes médicos, sociales y demás documentación que acreditan la necesidad y conveniencia de la medida solicitada.</w:t>
      </w:r>
    </w:p>
    <w:p/>
    <w:p>
      <w:r>
        <w:rPr>
          <w:b/>
          <w:sz w:val="20"/>
        </w:rPr>
        <w:t>FUNDAMENTOS DE DERECHO</w:t>
      </w:r>
    </w:p>
    <w:p>
      <w:r>
        <w:rPr>
          <w:b w:val="0"/>
          <w:sz w:val="20"/>
        </w:rPr>
        <w:t>I. Jurisdicción: Corresponde al Juzgado de Primera Instancia, conforme al artículo 756 y siguientes de la Ley de Enjuiciamiento Civil.</w:t>
      </w:r>
    </w:p>
    <w:p>
      <w:r>
        <w:rPr>
          <w:b w:val="0"/>
          <w:sz w:val="20"/>
        </w:rPr>
        <w:t>II. Legitimación: Ostenta legitimación activa quien tenga interés legítimo en la protección de la persona con discapacidad, conforme al artículo 757 de la Ley de Enjuiciamiento Civil y artículo 42 del Código Civil.</w:t>
      </w:r>
    </w:p>
    <w:p>
      <w:r>
        <w:rPr>
          <w:b w:val="0"/>
          <w:sz w:val="20"/>
        </w:rPr>
        <w:t>III. Fondo del asunto: La solicitud se fundamenta en el artículo 250 y siguientes del Código Civil, en la Ley 8/2021, de 2 de junio, y demás normativa aplicable en materia de apoyo a personas con discapacidad para el ejercicio de su capacidad jurídica.</w:t>
      </w:r>
    </w:p>
    <w:p>
      <w:r>
        <w:rPr>
          <w:b w:val="0"/>
          <w:sz w:val="20"/>
        </w:rPr>
        <w:t>IV. Procedimiento: El procedimiento se sujeta a lo previsto en los artículos 756 y siguientes de la Ley de Enjuiciamiento Civil.</w:t>
      </w:r>
    </w:p>
    <w:p/>
    <w:p>
      <w:r>
        <w:rPr>
          <w:b/>
          <w:sz w:val="20"/>
        </w:rPr>
        <w:t>SUPLICO AL JUZGADO:</w:t>
      </w:r>
    </w:p>
    <w:p>
      <w:r>
        <w:rPr>
          <w:b w:val="0"/>
          <w:sz w:val="20"/>
        </w:rPr>
        <w:t>Que teniendo por presentado este escrito, con los documentos que se acompañan, se sirva admitirlo y, previos los trámites legales oportunos, se dicte resolución por la que se acuerde la constitución de la medida de apoyo de curatela a favor de D./Dña. ____________________________________________________________, designando curador/a a la persona que este juzgado estime conveniente, para el ejercicio de las funciones que se consideren necesarias, con el alcance y duración que se establezca, y todo ello en beneficio e interés de la persona con discapacidad.</w:t>
      </w:r>
    </w:p>
    <w:p/>
    <w:p>
      <w:r>
        <w:rPr>
          <w:b/>
          <w:sz w:val="20"/>
        </w:rPr>
        <w:t>DOCUMENTOS QUE SE ACOMPAÑAN:</w:t>
      </w:r>
    </w:p>
    <w:p>
      <w:r>
        <w:rPr>
          <w:b w:val="0"/>
          <w:sz w:val="20"/>
        </w:rPr>
        <w:t>1. Copia del DNI/NIE del solicitante.</w:t>
      </w:r>
    </w:p>
    <w:p>
      <w:r>
        <w:rPr>
          <w:b w:val="0"/>
          <w:sz w:val="20"/>
        </w:rPr>
        <w:t>2. Copia del DNI/NIE de la persona para la que se solicita la curatela.</w:t>
      </w:r>
    </w:p>
    <w:p>
      <w:r>
        <w:rPr>
          <w:b w:val="0"/>
          <w:sz w:val="20"/>
        </w:rPr>
        <w:t>3. Certificado de empadronamiento.</w:t>
      </w:r>
    </w:p>
    <w:p>
      <w:r>
        <w:rPr>
          <w:b w:val="0"/>
          <w:sz w:val="20"/>
        </w:rPr>
        <w:t>4. Informes médicos y/o psicológicos actualizados.</w:t>
      </w:r>
    </w:p>
    <w:p>
      <w:r>
        <w:rPr>
          <w:b w:val="0"/>
          <w:sz w:val="20"/>
        </w:rPr>
        <w:t>5. Informes sociales, si existen.</w:t>
      </w:r>
    </w:p>
    <w:p>
      <w:r>
        <w:rPr>
          <w:b w:val="0"/>
          <w:sz w:val="20"/>
        </w:rPr>
        <w:t>6. Documentos que acrediten la relación entre solicitante y persona a proteger.</w:t>
      </w:r>
    </w:p>
    <w:p>
      <w:r>
        <w:rPr>
          <w:b w:val="0"/>
          <w:sz w:val="20"/>
        </w:rPr>
        <w:t>7. Cualquier otra documentación relevante.</w:t>
      </w:r>
    </w:p>
    <w:p/>
    <w:p>
      <w:r>
        <w:rPr>
          <w:b/>
          <w:sz w:val="20"/>
        </w:rPr>
        <w:t>EL/LA SOLICITANTE</w:t>
      </w:r>
    </w:p>
    <w:p/>
    <w:p/>
    <w:p/>
    <w:p>
      <w:r>
        <w:rPr>
          <w:b w:val="0"/>
          <w:sz w:val="20"/>
        </w:rPr>
        <w:t>Firma: ___________________________</w:t>
      </w:r>
    </w:p>
    <w:p>
      <w:r>
        <w:br w:type="page"/>
      </w:r>
    </w:p>
    <w:p>
      <w:pPr>
        <w:jc w:val="center"/>
      </w:pPr>
      <w:r>
        <w:rPr>
          <w:color w:val="555555"/>
          <w:sz w:val="24"/>
        </w:rPr>
        <w:t>Fuente original del documento:</w:t>
      </w:r>
    </w:p>
    <w:p>
      <w:pPr>
        <w:jc w:val="center"/>
      </w:pPr>
      <w:hyperlink r:id="rId9">
        <w:r>
          <w:rPr>
            <w:color w:val="0000FF"/>
            <w:u w:val="single"/>
          </w:rPr>
          <w:t>https://experto-administrativo.com/escrito-para-solicitar-curatela/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escrito-para-solicitar-curatela/"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