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PRÉSTAMO HIPOTECARIO ENTRE PARTICULARES</w:t>
      </w:r>
    </w:p>
    <w:p/>
    <w:p>
      <w:r>
        <w:rPr>
          <w:b/>
          <w:sz w:val="20"/>
        </w:rPr>
        <w:t>INTERVIENEN</w:t>
      </w:r>
    </w:p>
    <w:p>
      <w:r>
        <w:rPr>
          <w:b w:val="0"/>
          <w:sz w:val="20"/>
        </w:rPr>
        <w:t xml:space="preserve">De una parte, D./Dña. </w:t>
      </w:r>
    </w:p>
    <w:p>
      <w:r>
        <w:rPr>
          <w:b w:val="0"/>
          <w:sz w:val="20"/>
        </w:rPr>
        <w:t xml:space="preserve">Mayor de edad, con domicilio en </w:t>
      </w:r>
    </w:p>
    <w:p>
      <w:r>
        <w:rPr>
          <w:b w:val="0"/>
          <w:sz w:val="20"/>
        </w:rPr>
        <w:t xml:space="preserve">y con DNI/NIE número </w:t>
      </w:r>
    </w:p>
    <w:p>
      <w:r>
        <w:rPr>
          <w:b w:val="0"/>
          <w:sz w:val="20"/>
        </w:rPr>
        <w:t>en adelante, EL PRESTAMISTA.</w:t>
      </w:r>
    </w:p>
    <w:p/>
    <w:p>
      <w:r>
        <w:rPr>
          <w:b w:val="0"/>
          <w:sz w:val="20"/>
        </w:rPr>
        <w:t xml:space="preserve">Y de otra parte, D./Dña. </w:t>
      </w:r>
    </w:p>
    <w:p>
      <w:r>
        <w:rPr>
          <w:b w:val="0"/>
          <w:sz w:val="20"/>
        </w:rPr>
        <w:t xml:space="preserve">Mayor de edad, con domicilio en </w:t>
      </w:r>
    </w:p>
    <w:p>
      <w:r>
        <w:rPr>
          <w:b w:val="0"/>
          <w:sz w:val="20"/>
        </w:rPr>
        <w:t xml:space="preserve">y con DNI/NIE número </w:t>
      </w:r>
    </w:p>
    <w:p>
      <w:r>
        <w:rPr>
          <w:b w:val="0"/>
          <w:sz w:val="20"/>
        </w:rPr>
        <w:t>en adelante, EL PRESTATARIO.</w:t>
      </w:r>
    </w:p>
    <w:p/>
    <w:p>
      <w:r>
        <w:rPr>
          <w:b/>
          <w:sz w:val="20"/>
        </w:rPr>
        <w:t>EXPONEN</w:t>
      </w:r>
    </w:p>
    <w:p>
      <w:r>
        <w:rPr>
          <w:b w:val="0"/>
          <w:sz w:val="20"/>
        </w:rPr>
        <w:t>I. Que EL PRESTAMISTA es propietario de la cantidad de dinero objeto del presente contrato, y manifiesta su voluntad de prestarla a EL PRESTATARIO conforme a las siguientes condiciones.</w:t>
      </w:r>
    </w:p>
    <w:p>
      <w:r>
        <w:rPr>
          <w:b w:val="0"/>
          <w:sz w:val="20"/>
        </w:rPr>
        <w:t>II. Que EL PRESTATARIO está interesado en recibir el préstamo y se obliga a devolverlo en los términos pactados, ofreciendo en garantía hipotecaria un inmueble de su propiedad.</w:t>
      </w:r>
    </w:p>
    <w:p/>
    <w:p>
      <w:r>
        <w:rPr>
          <w:b/>
          <w:sz w:val="20"/>
        </w:rPr>
        <w:t>PACTAN</w:t>
      </w:r>
    </w:p>
    <w:p>
      <w:r>
        <w:rPr>
          <w:b w:val="0"/>
          <w:sz w:val="20"/>
        </w:rPr>
        <w:t>PRIMERA.- OBJETO DEL CONTRATO</w:t>
      </w:r>
    </w:p>
    <w:p>
      <w:r>
        <w:rPr>
          <w:b w:val="0"/>
          <w:sz w:val="20"/>
        </w:rPr>
        <w:t>EL PRESTAMISTA concede a EL PRESTATARIO un préstamo por importe de _________ euros (________ €), que este último declara recibir en este acto a su entera satisfacción.</w:t>
      </w:r>
    </w:p>
    <w:p/>
    <w:p>
      <w:r>
        <w:rPr>
          <w:b w:val="0"/>
          <w:sz w:val="20"/>
        </w:rPr>
        <w:t>SEGUNDA.- PLAZO Y CONDICIONES DE DEVOLUCIÓN</w:t>
      </w:r>
    </w:p>
    <w:p>
      <w:r>
        <w:rPr>
          <w:b w:val="0"/>
          <w:sz w:val="20"/>
        </w:rPr>
        <w:t>El plazo de devolución del presente préstamo será de ________ años/meses, contados desde la fecha de la firma del presente contrato. El pago se realizará mediante cuotas ________ (mensuales, trimestrales, etc.), de _________ euros cada una, en la cuenta bancaria que designe EL PRESTAMISTA.</w:t>
      </w:r>
    </w:p>
    <w:p/>
    <w:p>
      <w:r>
        <w:rPr>
          <w:b w:val="0"/>
          <w:sz w:val="20"/>
        </w:rPr>
        <w:t>TERCERA.- INTERESES</w:t>
      </w:r>
    </w:p>
    <w:p>
      <w:r>
        <w:rPr>
          <w:b w:val="0"/>
          <w:sz w:val="20"/>
        </w:rPr>
        <w:t>El préstamo devengará un interés anual del _______% sobre el capital pendiente de amortización. El pago de intereses se realizará junto con cada cuota de amortización.</w:t>
      </w:r>
    </w:p>
    <w:p/>
    <w:p>
      <w:r>
        <w:rPr>
          <w:b w:val="0"/>
          <w:sz w:val="20"/>
        </w:rPr>
        <w:t>CUARTA.- GARANTÍA HIPOTECARIA</w:t>
      </w:r>
    </w:p>
    <w:p>
      <w:r>
        <w:rPr>
          <w:b w:val="0"/>
          <w:sz w:val="20"/>
        </w:rPr>
        <w:t>En garantía de la devolución del préstamo, EL PRESTATARIO constituye hipoteca a favor de EL PRESTAMISTA sobre el siguiente inmueble:</w:t>
      </w:r>
    </w:p>
    <w:p>
      <w:r>
        <w:rPr>
          <w:b w:val="0"/>
          <w:sz w:val="20"/>
        </w:rPr>
        <w:t xml:space="preserve">- Descripción del inmueble: </w:t>
      </w:r>
    </w:p>
    <w:p>
      <w:r>
        <w:rPr>
          <w:b w:val="0"/>
          <w:sz w:val="20"/>
        </w:rPr>
        <w:t xml:space="preserve">- Ubicación: </w:t>
      </w:r>
    </w:p>
    <w:p>
      <w:r>
        <w:rPr>
          <w:b w:val="0"/>
          <w:sz w:val="20"/>
        </w:rPr>
        <w:t xml:space="preserve">- Referencia catastral: </w:t>
      </w:r>
    </w:p>
    <w:p>
      <w:r>
        <w:rPr>
          <w:b w:val="0"/>
          <w:sz w:val="20"/>
        </w:rPr>
        <w:t>- Inscrito en el Registro de la Propiedad de __________, al Tomo ___, Libro ___, Folio ___, Finca n.º ___, Inscripción ___</w:t>
      </w:r>
    </w:p>
    <w:p>
      <w:r>
        <w:rPr>
          <w:b w:val="0"/>
          <w:sz w:val="20"/>
        </w:rPr>
        <w:t>La presente hipoteca se extiende al capital, intereses, costas y gastos derivados del presente contrato.</w:t>
      </w:r>
    </w:p>
    <w:p/>
    <w:p>
      <w:r>
        <w:rPr>
          <w:b w:val="0"/>
          <w:sz w:val="20"/>
        </w:rPr>
        <w:t>QUINTA.- GASTOS E IMPUESTOS</w:t>
      </w:r>
    </w:p>
    <w:p>
      <w:r>
        <w:rPr>
          <w:b w:val="0"/>
          <w:sz w:val="20"/>
        </w:rPr>
        <w:t>Todos los gastos e impuestos derivados de la formalización, inscripción y cancelación de la presente hipoteca serán de cuenta de ____________.</w:t>
      </w:r>
    </w:p>
    <w:p/>
    <w:p>
      <w:r>
        <w:rPr>
          <w:b w:val="0"/>
          <w:sz w:val="20"/>
        </w:rPr>
        <w:t>SEXTA.- VENCIMIENTO ANTICIPADO</w:t>
      </w:r>
    </w:p>
    <w:p>
      <w:r>
        <w:rPr>
          <w:b w:val="0"/>
          <w:sz w:val="20"/>
        </w:rPr>
        <w:t>En caso de impago de cualquiera de las cuotas pactadas, EL PRESTAMISTA podrá declarar vencido anticipadamente el presente préstamo, exigiendo la devolución de la totalidad del capital pendiente, intereses y gastos.</w:t>
      </w:r>
    </w:p>
    <w:p/>
    <w:p>
      <w:r>
        <w:rPr>
          <w:b w:val="0"/>
          <w:sz w:val="20"/>
        </w:rPr>
        <w:t>SÉPTIMA.- JURISDICCIÓN</w:t>
      </w:r>
    </w:p>
    <w:p>
      <w:r>
        <w:rPr>
          <w:b w:val="0"/>
          <w:sz w:val="20"/>
        </w:rPr>
        <w:t>Para cuantas cuestiones se deriven del presente contrato, las partes se someten a los Juzgados y Tribunales de ____________, con renuncia expresa a cualquier otro fuero que pudiera corresponderles.</w:t>
      </w:r>
    </w:p>
    <w:p/>
    <w:p>
      <w:r>
        <w:rPr>
          <w:b w:val="0"/>
          <w:sz w:val="20"/>
        </w:rPr>
        <w:t>OCTAVA.- PROTECCIÓN DE DATOS</w:t>
      </w:r>
    </w:p>
    <w:p>
      <w:r>
        <w:rPr>
          <w:b w:val="0"/>
          <w:sz w:val="20"/>
        </w:rPr>
        <w:t>Ambas partes declaran que han sido informadas del tratamiento de sus datos personales conforme a la legislación vigente en materia de protección de datos.</w:t>
      </w:r>
    </w:p>
    <w:p/>
    <w:p/>
    <w:p>
      <w:r>
        <w:rPr>
          <w:b w:val="0"/>
          <w:sz w:val="20"/>
        </w:rPr>
        <w:t>Y en prueba de conformidad, ambas partes firman el presente contrato, por duplicado y a un solo efecto, en el lugar y fecha arriba indicados.</w:t>
      </w:r>
    </w:p>
    <w:p/>
    <w:p/>
    <w:p/>
    <w:p>
      <w:r>
        <w:rPr>
          <w:b/>
          <w:sz w:val="20"/>
        </w:rPr>
        <w:t>EL PRESTAMISTA</w:t>
      </w:r>
    </w:p>
    <w:p/>
    <w:p/>
    <w:p>
      <w:r>
        <w:rPr>
          <w:b w:val="0"/>
          <w:sz w:val="20"/>
        </w:rPr>
        <w:t>Firma: _________________________</w:t>
      </w:r>
    </w:p>
    <w:p/>
    <w:p/>
    <w:p/>
    <w:p>
      <w:r>
        <w:rPr>
          <w:b/>
          <w:sz w:val="20"/>
        </w:rPr>
        <w:t>EL PRESTATARIO</w:t>
      </w:r>
    </w:p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https://experto-administrativo.com/hipoteca-entre-particulares/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hipoteca-entre-particulare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