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ESCRITO DE IMPUGNACIÓN DE ACTA DE JUNTA DE PROPIETARIOS</w:t>
      </w:r>
    </w:p>
    <w:p/>
    <w:p>
      <w:r>
        <w:rPr>
          <w:b w:val="0"/>
          <w:sz w:val="20"/>
        </w:rPr>
        <w:t>AL PRESIDENTE DE LA COMUNIDAD DE PROPIETARIOS DE __________________________________________</w:t>
      </w:r>
    </w:p>
    <w:p>
      <w:r>
        <w:rPr>
          <w:b w:val="0"/>
          <w:sz w:val="20"/>
        </w:rPr>
        <w:t>Y AL ADMINISTRADOR DE FINCAS</w:t>
      </w:r>
    </w:p>
    <w:p/>
    <w:p>
      <w:r>
        <w:rPr>
          <w:b w:val="0"/>
          <w:sz w:val="20"/>
        </w:rPr>
        <w:t>D./Dª _____________________________________________________________, con DNI/NIE número ____________________, propietario/a de la vivienda/local número ________ de la Comunidad de Propietarios sita en __________________________________________________, con domicilio a efectos de notificaciones en ____________________________________________________, expone:</w:t>
      </w:r>
    </w:p>
    <w:p/>
    <w:p>
      <w:r>
        <w:rPr>
          <w:b/>
          <w:sz w:val="20"/>
        </w:rPr>
        <w:t>HECHOS</w:t>
      </w:r>
    </w:p>
    <w:p>
      <w:r>
        <w:rPr>
          <w:b w:val="0"/>
          <w:sz w:val="20"/>
        </w:rPr>
        <w:t>PRIMERO.- Que en fecha __________________ se celebró Junta de Propietarios de la Comunidad indicada, en la que se adoptaron determinados acuerdos recogidos en el acta correspondiente.</w:t>
      </w:r>
    </w:p>
    <w:p>
      <w:r>
        <w:rPr>
          <w:b w:val="0"/>
          <w:sz w:val="20"/>
        </w:rPr>
        <w:t>SEGUNDO.- Que el abajo firmante asistió/no asistió a la referida Junta y, en su caso, hizo constar su oposición a los acuerdos adoptados en los siguientes puntos del orden del día: _______________________________________________________________________________________________________________________________________________________________</w:t>
      </w:r>
    </w:p>
    <w:p>
      <w:r>
        <w:rPr>
          <w:b w:val="0"/>
          <w:sz w:val="20"/>
        </w:rPr>
        <w:t>TERCERO.- Que los acuerdos adoptados y que a continuación se detallan son, a juicio de quien suscribe, contrarios a la Ley de Propiedad Horizontal, a los estatutos de la Comunidad y/o gravemente lesivos para los intereses de la Comunidad o de este propietario, por lo que procede su impugnación:</w:t>
      </w:r>
    </w:p>
    <w:p>
      <w:r>
        <w:rPr>
          <w:b w:val="0"/>
          <w:sz w:val="20"/>
        </w:rPr>
        <w:t>______________________________________________________________________________________________________________________________________________________________________________________________________________________</w:t>
      </w:r>
    </w:p>
    <w:p>
      <w:r>
        <w:rPr>
          <w:b w:val="0"/>
          <w:sz w:val="20"/>
        </w:rPr>
        <w:t>CUARTO.- Que conforme al artículo 18 de la Ley 49/1960, de 21 de julio, sobre propiedad horizontal, los acuerdos de la Junta pueden ser impugnados judicialmente por los propietarios que hubieran salvado su voto en la Junta, ausentes o privados ilegítimamente de su derecho de voto, siempre que se cumplan los requisitos y plazos legales.</w:t>
      </w:r>
    </w:p>
    <w:p/>
    <w:p>
      <w:r>
        <w:rPr>
          <w:b/>
          <w:sz w:val="20"/>
        </w:rPr>
        <w:t>FUNDAMENTOS DE DERECHO</w:t>
      </w:r>
    </w:p>
    <w:p>
      <w:r>
        <w:rPr>
          <w:b w:val="0"/>
          <w:sz w:val="20"/>
        </w:rPr>
        <w:t>I. Legitimación: Corresponde al propietario afectado por el acuerdo impugnado, de conformidad con el artículo 18 de la Ley de Propiedad Horizontal.</w:t>
      </w:r>
    </w:p>
    <w:p>
      <w:r>
        <w:rPr>
          <w:b w:val="0"/>
          <w:sz w:val="20"/>
        </w:rPr>
        <w:t>II. Motivos de impugnación: (Marque lo que proceda)</w:t>
      </w:r>
    </w:p>
    <w:p>
      <w:r>
        <w:rPr>
          <w:b w:val="0"/>
          <w:sz w:val="20"/>
        </w:rPr>
        <w:t xml:space="preserve">    a) Ser contrarios a la Ley o a los estatutos de la Comunidad.</w:t>
      </w:r>
    </w:p>
    <w:p>
      <w:r>
        <w:rPr>
          <w:b w:val="0"/>
          <w:sz w:val="20"/>
        </w:rPr>
        <w:t xml:space="preserve">    b) Resultar gravemente lesivos para los intereses de la propia Comunidad en beneficio de uno o varios propietarios.</w:t>
      </w:r>
    </w:p>
    <w:p>
      <w:r>
        <w:rPr>
          <w:b w:val="0"/>
          <w:sz w:val="20"/>
        </w:rPr>
        <w:t xml:space="preserve">    c) Suponer un grave perjuicio para algún propietario que no tenga obligación jurídica de soportarlo o haber sido adoptados con abuso de derecho.</w:t>
      </w:r>
    </w:p>
    <w:p>
      <w:r>
        <w:rPr>
          <w:b w:val="0"/>
          <w:sz w:val="20"/>
        </w:rPr>
        <w:t>III. Plazo: El presente escrito se formula dentro del plazo previsto en la Ley, y previo requerimiento a la Comunidad para la reconsideración del acuerdo antes de iniciar las acciones judiciales pertinentes.</w:t>
      </w:r>
    </w:p>
    <w:p/>
    <w:p>
      <w:r>
        <w:rPr>
          <w:b/>
          <w:sz w:val="20"/>
        </w:rPr>
        <w:t>SOLICITA:</w:t>
      </w:r>
    </w:p>
    <w:p>
      <w:r>
        <w:rPr>
          <w:b w:val="0"/>
          <w:sz w:val="20"/>
        </w:rPr>
        <w:t>Que se tenga por presentado este escrito y, en su virtud, se sirva dejar constancia de la impugnación de los acuerdos adoptados en la Junta de Propietarios celebrada en fecha arriba indicada, instando a la Comunidad de Propietarios a la reconsideración de los mismos y, en su caso, a su revocación, advirtiendo que, de no ser así, se ejercerán las acciones judiciales que correspondan conforme a la Ley de Propiedad Horizontal.</w:t>
      </w:r>
    </w:p>
    <w:p/>
    <w:p>
      <w:r>
        <w:rPr>
          <w:b/>
          <w:sz w:val="20"/>
        </w:rPr>
        <w:t>DOCUMENTOS QUE SE ACOMPAÑAN:</w:t>
      </w:r>
    </w:p>
    <w:p>
      <w:r>
        <w:rPr>
          <w:b w:val="0"/>
          <w:sz w:val="20"/>
        </w:rPr>
        <w:t>1. Copia del acta de la Junta de Propietarios.</w:t>
      </w:r>
    </w:p>
    <w:p>
      <w:r>
        <w:rPr>
          <w:b w:val="0"/>
          <w:sz w:val="20"/>
        </w:rPr>
        <w:t>2. Copia de la convocatoria de la Junta y orden del día.</w:t>
      </w:r>
    </w:p>
    <w:p>
      <w:r>
        <w:rPr>
          <w:b w:val="0"/>
          <w:sz w:val="20"/>
        </w:rPr>
        <w:t>3. Documentación acreditativa de la condición de propietario/a.</w:t>
      </w:r>
    </w:p>
    <w:p>
      <w:r>
        <w:rPr>
          <w:b w:val="0"/>
          <w:sz w:val="20"/>
        </w:rPr>
        <w:t>4. Cualquier otro documento relevante para la impugnación.</w:t>
      </w:r>
    </w:p>
    <w:p/>
    <w:p>
      <w:r>
        <w:rPr>
          <w:b w:val="0"/>
          <w:sz w:val="20"/>
        </w:rPr>
        <w:t>Firmado: ____________________________________</w:t>
      </w:r>
    </w:p>
    <w:p/>
    <w:p>
      <w:r>
        <w:rPr>
          <w:b w:val="0"/>
          <w:sz w:val="20"/>
        </w:rPr>
        <w:t>Nombre y apellidos: __________________________</w:t>
      </w:r>
    </w:p>
    <w:p/>
    <w:p/>
    <w:p>
      <w:r>
        <w:br w:type="page"/>
      </w:r>
    </w:p>
    <w:p>
      <w:pPr>
        <w:jc w:val="center"/>
      </w:pPr>
      <w:r>
        <w:rPr>
          <w:color w:val="555555"/>
          <w:sz w:val="24"/>
        </w:rPr>
        <w:t>Fuente original del documento:</w:t>
      </w:r>
    </w:p>
    <w:p>
      <w:pPr>
        <w:jc w:val="center"/>
      </w:pPr>
      <w:hyperlink r:id="rId9">
        <w:r>
          <w:rPr>
            <w:color w:val="0000FF"/>
            <w:u w:val="single"/>
          </w:rPr>
          <w:t>https://experto-administrativo.com/impugnar-un-acta-de-comunidad-de-propietarios/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impugnar-un-acta-de-comunidad-de-propietario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