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INFORME SOBRE SITUACIÓN DE ACOSO LABORAL</w:t>
      </w:r>
    </w:p>
    <w:p/>
    <w:p>
      <w:r>
        <w:rPr>
          <w:b/>
          <w:sz w:val="20"/>
        </w:rPr>
        <w:t>DATOS PERSONALES DEL/DE LA SOLICITANTE</w:t>
      </w:r>
    </w:p>
    <w:p>
      <w:r>
        <w:rPr>
          <w:b w:val="0"/>
          <w:sz w:val="20"/>
        </w:rPr>
        <w:t>Nombre y Apellidos: _____________________________________________________________</w:t>
      </w:r>
    </w:p>
    <w:p>
      <w:r>
        <w:rPr>
          <w:b w:val="0"/>
          <w:sz w:val="20"/>
        </w:rPr>
        <w:t>DNI/NIE: _____________________     Teléfono: _________________________________</w:t>
      </w:r>
    </w:p>
    <w:p>
      <w:r>
        <w:rPr>
          <w:b w:val="0"/>
          <w:sz w:val="20"/>
        </w:rPr>
        <w:t>Puesto de trabajo: ____________________________________________________________</w:t>
      </w:r>
    </w:p>
    <w:p>
      <w:r>
        <w:rPr>
          <w:b w:val="0"/>
          <w:sz w:val="20"/>
        </w:rPr>
        <w:t>Departamento/Área: ____________________________________________________________</w:t>
      </w:r>
    </w:p>
    <w:p>
      <w:r>
        <w:rPr>
          <w:b w:val="0"/>
          <w:sz w:val="20"/>
        </w:rPr>
        <w:t>Antigüedad en la empresa: _____________________________________________________</w:t>
      </w:r>
    </w:p>
    <w:p>
      <w:r>
        <w:rPr>
          <w:b w:val="0"/>
          <w:sz w:val="20"/>
        </w:rPr>
        <w:t>Centro de trabajo: ____________________________________________________________</w:t>
      </w:r>
    </w:p>
    <w:p/>
    <w:p>
      <w:r>
        <w:rPr>
          <w:b/>
          <w:sz w:val="20"/>
        </w:rPr>
        <w:t>DATOS DE LA EMPRESA</w:t>
      </w:r>
    </w:p>
    <w:p>
      <w:r>
        <w:rPr>
          <w:b w:val="0"/>
          <w:sz w:val="20"/>
        </w:rPr>
        <w:t>Nombre/Razón social: _________________________________________________________</w:t>
      </w:r>
    </w:p>
    <w:p>
      <w:r>
        <w:rPr>
          <w:b w:val="0"/>
          <w:sz w:val="20"/>
        </w:rPr>
        <w:t>CIF: _____________________      Domicilio social: _____________________________</w:t>
      </w:r>
    </w:p>
    <w:p>
      <w:r>
        <w:rPr>
          <w:b w:val="0"/>
          <w:sz w:val="20"/>
        </w:rPr>
        <w:t>Teléfono de contacto: ________________________</w:t>
      </w:r>
    </w:p>
    <w:p/>
    <w:p>
      <w:r>
        <w:rPr>
          <w:b/>
          <w:sz w:val="20"/>
        </w:rPr>
        <w:t>DATOS DE LA PERSONA O PERSONAS PRESUNTAMENTE ACOSADORAS</w:t>
      </w:r>
    </w:p>
    <w:p>
      <w:r>
        <w:rPr>
          <w:b w:val="0"/>
          <w:sz w:val="20"/>
        </w:rPr>
        <w:t>Nombre y Apellidos: __________________________________________________________</w:t>
      </w:r>
    </w:p>
    <w:p>
      <w:r>
        <w:rPr>
          <w:b w:val="0"/>
          <w:sz w:val="20"/>
        </w:rPr>
        <w:t>Cargo/Puesto: ________________________________________________________________</w:t>
      </w:r>
    </w:p>
    <w:p>
      <w:r>
        <w:rPr>
          <w:b w:val="0"/>
          <w:sz w:val="20"/>
        </w:rPr>
        <w:t>Relación con el/la solicitante: _______________________________________________</w:t>
      </w:r>
    </w:p>
    <w:p/>
    <w:p>
      <w:r>
        <w:rPr>
          <w:b/>
          <w:sz w:val="20"/>
        </w:rPr>
        <w:t>DESCRIPCIÓN DETALLADA DE LOS HECHOS</w:t>
      </w:r>
    </w:p>
    <w:p>
      <w:r>
        <w:rPr>
          <w:b w:val="0"/>
          <w:sz w:val="20"/>
        </w:rPr>
        <w:t>Describa con el mayor detalle posible las conductas, acciones, comentarios o actitudes que considera constitutivos de acoso laboral, incluyendo fechas aproximadas, lugares, testigos presenciales y cualquier otro dato de interés.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FRECUENCIA Y DURACIÓN DE LOS HECHOS</w:t>
      </w:r>
    </w:p>
    <w:p>
      <w:r>
        <w:rPr>
          <w:b w:val="0"/>
          <w:sz w:val="20"/>
        </w:rPr>
        <w:t>Indique desde cuándo se producen los hechos, con qué frecuencia y si se mantienen en la actualidad.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CONSECUENCIAS PARA EL/LA SOLICITANTE</w:t>
      </w:r>
    </w:p>
    <w:p>
      <w:r>
        <w:rPr>
          <w:b w:val="0"/>
          <w:sz w:val="20"/>
        </w:rPr>
        <w:t>Describa las consecuencias que los hechos han tenido sobre su salud física, psíquica o emocional, así como sobre su situación profesional (baja médica, cambios de puesto, aislamiento, etc).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MEDIDAS ADOPTADAS O SOLICITADAS</w:t>
      </w:r>
    </w:p>
    <w:p>
      <w:r>
        <w:rPr>
          <w:b w:val="0"/>
          <w:sz w:val="20"/>
        </w:rPr>
        <w:t>Indique si ha puesto los hechos en conocimiento de la empresa, recursos humanos, representantes legales de los trabajadores, o si ha presentado alguna reclamación formal, denuncia o demanda por estos hechos.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TESTIGOS Y PRUEBAS</w:t>
      </w:r>
    </w:p>
    <w:p>
      <w:r>
        <w:rPr>
          <w:b w:val="0"/>
          <w:sz w:val="20"/>
        </w:rPr>
        <w:t>Relacione posibles testigos de los hechos (nombre, puesto y contacto si se conoce) y adjunte, si dispone, documentación que acredite los hechos: correos electrónicos, mensajes, partes médicos, informes psicológicos, grabaciones, etc.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SOLICITUD</w:t>
      </w:r>
    </w:p>
    <w:p>
      <w:r>
        <w:rPr>
          <w:b w:val="0"/>
          <w:sz w:val="20"/>
        </w:rPr>
        <w:t>Solicito que se tramite la investigación y se tomen las medidas oportunas para proteger mis derechos y garantizar un entorno laboral seguro y saludable, conforme a la normativa vigente en materia de prevención de riesgos laborales y acoso en el trabajo.</w:t>
      </w:r>
    </w:p>
    <w:p/>
    <w:p/>
    <w:p>
      <w:r>
        <w:rPr>
          <w:b w:val="0"/>
          <w:sz w:val="20"/>
        </w:rPr>
        <w:t>Firma: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https://experto-administrativo.com/informe-acoso-laboral/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informe-acoso-laboral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