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INSTANCIA DE SOLICITUD DE JUBILACIÓN VOLUNTARIA</w:t>
      </w:r>
    </w:p>
    <w:p/>
    <w:p/>
    <w:p>
      <w:r>
        <w:rPr>
          <w:b w:val="0"/>
          <w:sz w:val="22"/>
        </w:rPr>
        <w:t xml:space="preserve">D./Dña.: </w:t>
      </w:r>
    </w:p>
    <w:p>
      <w:r>
        <w:rPr>
          <w:b w:val="0"/>
          <w:sz w:val="22"/>
        </w:rPr>
        <w:t xml:space="preserve">DNI/NIE: </w:t>
      </w:r>
    </w:p>
    <w:p>
      <w:r>
        <w:rPr>
          <w:b w:val="0"/>
          <w:sz w:val="22"/>
        </w:rPr>
        <w:t xml:space="preserve">Fecha de nacimiento: </w:t>
      </w:r>
    </w:p>
    <w:p>
      <w:r>
        <w:rPr>
          <w:b w:val="0"/>
          <w:sz w:val="22"/>
        </w:rPr>
        <w:t xml:space="preserve">Domicilio: </w:t>
      </w:r>
    </w:p>
    <w:p>
      <w:r>
        <w:rPr>
          <w:b w:val="0"/>
          <w:sz w:val="22"/>
        </w:rPr>
        <w:t xml:space="preserve">Teléfono: </w:t>
      </w:r>
    </w:p>
    <w:p>
      <w:r>
        <w:rPr>
          <w:b w:val="0"/>
          <w:sz w:val="22"/>
        </w:rPr>
        <w:t xml:space="preserve">Correo electrónico: </w:t>
      </w:r>
    </w:p>
    <w:p/>
    <w:p>
      <w:r>
        <w:rPr>
          <w:b w:val="0"/>
          <w:sz w:val="22"/>
        </w:rPr>
        <w:t xml:space="preserve">Puesto de trabajo: </w:t>
      </w:r>
    </w:p>
    <w:p>
      <w:r>
        <w:rPr>
          <w:b w:val="0"/>
          <w:sz w:val="22"/>
        </w:rPr>
        <w:t xml:space="preserve">Categoría profesional: </w:t>
      </w:r>
    </w:p>
    <w:p>
      <w:r>
        <w:rPr>
          <w:b w:val="0"/>
          <w:sz w:val="22"/>
        </w:rPr>
        <w:t xml:space="preserve">Centro de destino: </w:t>
      </w:r>
    </w:p>
    <w:p>
      <w:r>
        <w:rPr>
          <w:b w:val="0"/>
          <w:sz w:val="22"/>
        </w:rPr>
        <w:t xml:space="preserve">Unidad administrativa: </w:t>
      </w:r>
    </w:p>
    <w:p>
      <w:r>
        <w:rPr>
          <w:b w:val="0"/>
          <w:sz w:val="22"/>
        </w:rPr>
        <w:t xml:space="preserve">Número de personal: </w:t>
      </w:r>
    </w:p>
    <w:p/>
    <w:p>
      <w:r>
        <w:rPr>
          <w:b/>
          <w:sz w:val="22"/>
        </w:rPr>
        <w:t>A LA DIRECCIÓN GENERAL DE FUNCIÓN PÚBLICA DE LA GENERALITAT VALENCIANA</w:t>
      </w:r>
    </w:p>
    <w:p/>
    <w:p>
      <w:r>
        <w:rPr>
          <w:b/>
          <w:sz w:val="22"/>
        </w:rPr>
        <w:t>EXPONE</w:t>
      </w:r>
    </w:p>
    <w:p>
      <w:r>
        <w:rPr>
          <w:b w:val="0"/>
          <w:sz w:val="22"/>
        </w:rPr>
        <w:t>Que reúne los requisitos exigidos para el acceso a la jubilación voluntaria, conforme a la normativa vigente aplicable al personal funcionario de carrera de la Generalitat Valenciana.</w:t>
      </w:r>
    </w:p>
    <w:p>
      <w:r>
        <w:rPr>
          <w:b w:val="0"/>
          <w:sz w:val="22"/>
        </w:rPr>
        <w:t>Que desea acogerse al derecho a la jubilación voluntaria, según lo establecido en el artículo 67 del Texto Refundido de la Ley del Estatuto Básico del Empleado Público, aprobado por Real Decreto Legislativo 5/2015, de 30 de octubre, y demás disposiciones de aplicación.</w:t>
      </w:r>
    </w:p>
    <w:p/>
    <w:p>
      <w:r>
        <w:rPr>
          <w:b/>
          <w:sz w:val="22"/>
        </w:rPr>
        <w:t>SOLICITA</w:t>
      </w:r>
    </w:p>
    <w:p>
      <w:r>
        <w:rPr>
          <w:b w:val="0"/>
          <w:sz w:val="22"/>
        </w:rPr>
        <w:t>Que se tenga por presentada la presente solicitud de jubilación voluntaria y se acuerde su concesión a partir de la fecha que se indica, con los efectos administrativos y económicos que correspondan.</w:t>
      </w:r>
    </w:p>
    <w:p>
      <w:r>
        <w:rPr>
          <w:b w:val="0"/>
          <w:sz w:val="22"/>
        </w:rPr>
        <w:t xml:space="preserve">Fecha prevista de jubilación: </w:t>
      </w:r>
    </w:p>
    <w:p/>
    <w:p>
      <w:r>
        <w:rPr>
          <w:b/>
          <w:sz w:val="22"/>
        </w:rPr>
        <w:t>DOCUMENTACIÓN QUE SE ACOMPAÑA</w:t>
      </w:r>
    </w:p>
    <w:p>
      <w:r>
        <w:rPr>
          <w:b w:val="0"/>
          <w:sz w:val="22"/>
        </w:rPr>
        <w:t>1. Fotocopia del DNI/NIE.</w:t>
      </w:r>
    </w:p>
    <w:p>
      <w:r>
        <w:rPr>
          <w:b w:val="0"/>
          <w:sz w:val="22"/>
        </w:rPr>
        <w:t>2. Certificado de servicios prestados.</w:t>
      </w:r>
    </w:p>
    <w:p>
      <w:r>
        <w:rPr>
          <w:b w:val="0"/>
          <w:sz w:val="22"/>
        </w:rPr>
        <w:t>3. Informe de vida laboral.</w:t>
      </w:r>
    </w:p>
    <w:p>
      <w:r>
        <w:rPr>
          <w:b w:val="0"/>
          <w:sz w:val="22"/>
        </w:rPr>
        <w:t>4. Cualquier otra documentación que se estime pertinente.</w:t>
      </w:r>
    </w:p>
    <w:p/>
    <w:p/>
    <w:p>
      <w:r>
        <w:rPr>
          <w:b w:val="0"/>
          <w:sz w:val="22"/>
        </w:rPr>
        <w:t xml:space="preserve">Lugar y fecha: </w:t>
      </w:r>
    </w:p>
    <w:p/>
    <w:p/>
    <w:p>
      <w:r>
        <w:rPr>
          <w:b w:val="0"/>
          <w:sz w:val="22"/>
        </w:rPr>
        <w:t xml:space="preserve">Firma: </w:t>
      </w:r>
    </w:p>
    <w:p/>
    <w:p/>
    <w:p/>
    <w:p>
      <w:r>
        <w:rPr>
          <w:b/>
          <w:sz w:val="22"/>
        </w:rPr>
        <w:t>ILMA. SRA. DIRECTORA GENERAL DE FUNCIÓN PÚBLICA DE LA GENERALITAT VALENCIANA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https://experto-administrativo.com/instancia-jubilacion-voluntaria-gva/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instancia-jubilacion-voluntaria-gv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