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ORDEN DE ALEJAMIENTO</w:t>
      </w:r>
    </w:p>
    <w:p/>
    <w:p/>
    <w:p>
      <w:r>
        <w:rPr>
          <w:b/>
          <w:sz w:val="20"/>
        </w:rPr>
        <w:t>SOLICITANTE:</w:t>
      </w:r>
    </w:p>
    <w:p>
      <w:r>
        <w:rPr>
          <w:b w:val="0"/>
          <w:sz w:val="20"/>
        </w:rPr>
        <w:t>Nombre y apellidos: _______________________________________________________________</w:t>
      </w:r>
    </w:p>
    <w:p>
      <w:r>
        <w:rPr>
          <w:b w:val="0"/>
          <w:sz w:val="20"/>
        </w:rPr>
        <w:t>DNI/NIE/Pasaporte: ___________________________</w:t>
      </w:r>
    </w:p>
    <w:p>
      <w:r>
        <w:rPr>
          <w:b w:val="0"/>
          <w:sz w:val="20"/>
        </w:rPr>
        <w:t>Domicilio: _______________________________________________________________________</w:t>
      </w:r>
    </w:p>
    <w:p>
      <w:r>
        <w:rPr>
          <w:b w:val="0"/>
          <w:sz w:val="20"/>
        </w:rPr>
        <w:t>Teléfono de contacto: ________________________</w:t>
      </w:r>
    </w:p>
    <w:p>
      <w:r>
        <w:rPr>
          <w:b w:val="0"/>
          <w:sz w:val="20"/>
        </w:rPr>
        <w:t>Correo electrónico: __________________________</w:t>
      </w:r>
    </w:p>
    <w:p/>
    <w:p>
      <w:r>
        <w:rPr>
          <w:b/>
          <w:sz w:val="20"/>
        </w:rPr>
        <w:t>DENUNCIADO:</w:t>
      </w:r>
    </w:p>
    <w:p>
      <w:r>
        <w:rPr>
          <w:b w:val="0"/>
          <w:sz w:val="20"/>
        </w:rPr>
        <w:t>Nombre y apellidos: _______________________________________________________________</w:t>
      </w:r>
    </w:p>
    <w:p>
      <w:r>
        <w:rPr>
          <w:b w:val="0"/>
          <w:sz w:val="20"/>
        </w:rPr>
        <w:t>DNI/NIE/Pasaporte: ___________________________</w:t>
      </w:r>
    </w:p>
    <w:p>
      <w:r>
        <w:rPr>
          <w:b w:val="0"/>
          <w:sz w:val="20"/>
        </w:rPr>
        <w:t>Domicilio: _______________________________________________________________________</w:t>
      </w:r>
    </w:p>
    <w:p>
      <w:r>
        <w:rPr>
          <w:b w:val="0"/>
          <w:sz w:val="20"/>
        </w:rPr>
        <w:t>Relación con el solicitante: ______________________________________________________</w:t>
      </w:r>
    </w:p>
    <w:p/>
    <w:p>
      <w:r>
        <w:rPr>
          <w:b/>
          <w:sz w:val="20"/>
        </w:rPr>
        <w:t>EXPOSICIÓN DE LOS HECHOS</w:t>
      </w:r>
    </w:p>
    <w:p>
      <w:r>
        <w:rPr>
          <w:b w:val="0"/>
          <w:sz w:val="20"/>
        </w:rPr>
        <w:t>1. Relato de los hechos acontecidos: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2. Descripción de las amenazas, agresiones o situaciones de riesgo: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>
      <w:r>
        <w:rPr>
          <w:b/>
          <w:sz w:val="20"/>
        </w:rPr>
        <w:t>MEDIDAS SOLICITADAS</w:t>
      </w:r>
    </w:p>
    <w:p>
      <w:r>
        <w:rPr>
          <w:b w:val="0"/>
          <w:sz w:val="20"/>
        </w:rPr>
        <w:t>Se solicita al juzgado que acuerde las siguientes medidas de protección:</w:t>
      </w:r>
    </w:p>
    <w:p>
      <w:r>
        <w:rPr>
          <w:b w:val="0"/>
          <w:sz w:val="20"/>
        </w:rPr>
        <w:t>- Prohibición al denunciado de aproximarse a una distancia inferior a _______ metros del solicitante, su domicilio, lugar de trabajo y cualquier otro lugar frecuentado por el mismo.</w:t>
      </w:r>
    </w:p>
    <w:p>
      <w:r>
        <w:rPr>
          <w:b w:val="0"/>
          <w:sz w:val="20"/>
        </w:rPr>
        <w:t>- Prohibición de comunicación por cualquier medio con el solicitante.</w:t>
      </w:r>
    </w:p>
    <w:p>
      <w:r>
        <w:rPr>
          <w:b w:val="0"/>
          <w:sz w:val="20"/>
        </w:rPr>
        <w:t>- Cualquier otra medida de protección que el juzgado estime oportuna.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Jurisdicción y competencia: Corresponde a los Juzgados de Violencia sobre la Mujer o, en su caso, al Juzgado de Instrucción, conforme a lo dispuesto en la Ley de Enjuiciamiento Criminal y la Ley Orgánica 1/2004, de Medidas de Protección Integral contra la Violencia de Género.</w:t>
      </w:r>
    </w:p>
    <w:p>
      <w:r>
        <w:rPr>
          <w:b w:val="0"/>
          <w:sz w:val="20"/>
        </w:rPr>
        <w:t>II. Legitimación: Ostenta legitimación activa el solicitante, en calidad de víctima o persona en situación de riesgo de sufrir un delito o infracción penal.</w:t>
      </w:r>
    </w:p>
    <w:p>
      <w:r>
        <w:rPr>
          <w:b w:val="0"/>
          <w:sz w:val="20"/>
        </w:rPr>
        <w:t>III. Fondo del asunto: El artículo 544 bis de la Ley de Enjuiciamiento Criminal habilita la adopción de órdenes de alejamiento y otras medidas cautelares para la protección de las víctimas.</w:t>
      </w:r>
    </w:p>
    <w:p/>
    <w:p>
      <w:r>
        <w:rPr>
          <w:b/>
          <w:sz w:val="20"/>
        </w:rPr>
        <w:t>SUPLICO AL JUZGADO:</w:t>
      </w:r>
    </w:p>
    <w:p>
      <w:r>
        <w:rPr>
          <w:b w:val="0"/>
          <w:sz w:val="20"/>
        </w:rPr>
        <w:t>Que, teniendo por presentado este escrito, se sirva admitirlo y acuerde las medidas de protección solicitadas para garantizar la seguridad y la integridad del solicitante, en especial la orden de alejamiento respecto del denunciado, con la extensión y alcance que estime procedente.</w:t>
      </w:r>
    </w:p>
    <w:p/>
    <w:p/>
    <w:p>
      <w:r>
        <w:rPr>
          <w:b/>
          <w:sz w:val="20"/>
        </w:rPr>
        <w:t>DOCUMENTOS QUE SE ACOMPAÑAN:</w:t>
      </w:r>
    </w:p>
    <w:p>
      <w:r>
        <w:rPr>
          <w:b w:val="0"/>
          <w:sz w:val="20"/>
        </w:rPr>
        <w:t>1. Copia del documento de identidad del solicitante.</w:t>
      </w:r>
    </w:p>
    <w:p>
      <w:r>
        <w:rPr>
          <w:b w:val="0"/>
          <w:sz w:val="20"/>
        </w:rPr>
        <w:t>2. Parte médico o informe de lesiones, si lo hubiera.</w:t>
      </w:r>
    </w:p>
    <w:p>
      <w:r>
        <w:rPr>
          <w:b w:val="0"/>
          <w:sz w:val="20"/>
        </w:rPr>
        <w:t>3. Pruebas documentales, gráficas o electrónicas (mensajes, correos, grabaciones, etc.).</w:t>
      </w:r>
    </w:p>
    <w:p>
      <w:r>
        <w:rPr>
          <w:b w:val="0"/>
          <w:sz w:val="20"/>
        </w:rPr>
        <w:t>4. Testimonios de testigos, si los hubiere.</w:t>
      </w:r>
    </w:p>
    <w:p>
      <w:r>
        <w:rPr>
          <w:b w:val="0"/>
          <w:sz w:val="20"/>
        </w:rPr>
        <w:t>5. Cualquier otro documento que se estime relevante.</w:t>
      </w:r>
    </w:p>
    <w:p/>
    <w:p/>
    <w:p>
      <w:r>
        <w:rPr>
          <w:b/>
          <w:sz w:val="20"/>
        </w:rPr>
        <w:t>EL/LA SOLICITANTE</w:t>
      </w:r>
    </w:p>
    <w:p/>
    <w:p/>
    <w:p/>
    <w:p/>
    <w:p>
      <w:r>
        <w:rPr>
          <w:b w:val="0"/>
          <w:sz w:val="20"/>
        </w:rPr>
        <w:t>Firma: 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https://experto-administrativo.com/orden-de-alejamiento-ejemplo/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orden-de-alejamiento-ejempl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