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PAGO DE TASAS - SOLICITUD TARJETA DE TACÓGRAFO DIGITAL</w:t>
      </w:r>
    </w:p>
    <w:p/>
    <w:p>
      <w:r>
        <w:rPr>
          <w:b/>
          <w:sz w:val="20"/>
        </w:rPr>
        <w:t>DATOS DEL SOLICITANTE</w:t>
      </w:r>
    </w:p>
    <w:p>
      <w:r>
        <w:rPr>
          <w:b w:val="0"/>
          <w:sz w:val="20"/>
        </w:rPr>
        <w:t>Nombre y apellidos / Razón social: _______________________________________________________________</w:t>
      </w:r>
    </w:p>
    <w:p>
      <w:r>
        <w:rPr>
          <w:b w:val="0"/>
          <w:sz w:val="20"/>
        </w:rPr>
        <w:t>DNI/NIE/CIF: _______________________________</w:t>
      </w:r>
    </w:p>
    <w:p>
      <w:r>
        <w:rPr>
          <w:b w:val="0"/>
          <w:sz w:val="20"/>
        </w:rPr>
        <w:t>Domicilio: _______________________________________________________________________________</w:t>
      </w:r>
    </w:p>
    <w:p>
      <w:r>
        <w:rPr>
          <w:b w:val="0"/>
          <w:sz w:val="20"/>
        </w:rPr>
        <w:t>Localidad: __________________________   Provincia: ____________   Código Postal: _____________</w:t>
      </w:r>
    </w:p>
    <w:p>
      <w:r>
        <w:rPr>
          <w:b w:val="0"/>
          <w:sz w:val="20"/>
        </w:rPr>
        <w:t>Teléfono: __________________________   Correo electrónico: _________________________________</w:t>
      </w:r>
    </w:p>
    <w:p/>
    <w:p>
      <w:r>
        <w:rPr>
          <w:b/>
          <w:sz w:val="20"/>
        </w:rPr>
        <w:t>TIPO DE TARJETA SOLICITADA</w:t>
      </w:r>
    </w:p>
    <w:p>
      <w:r>
        <w:rPr>
          <w:b w:val="0"/>
          <w:sz w:val="20"/>
        </w:rPr>
        <w:t>□ Conductor      □ Empresa      □ Centro de ensayo      □ Taller</w:t>
      </w:r>
    </w:p>
    <w:p>
      <w:r>
        <w:rPr>
          <w:b w:val="0"/>
          <w:sz w:val="20"/>
        </w:rPr>
        <w:t>Motivo de la solicitud: □ Primera emisión   □ Renovación   □ Sustitución   □ Duplicado</w:t>
      </w:r>
    </w:p>
    <w:p>
      <w:r>
        <w:rPr>
          <w:b w:val="0"/>
          <w:sz w:val="20"/>
        </w:rPr>
        <w:t>Número de tarjeta anterior (si procede): ___________________________________________</w:t>
      </w:r>
    </w:p>
    <w:p/>
    <w:p>
      <w:r>
        <w:rPr>
          <w:b/>
          <w:sz w:val="20"/>
        </w:rPr>
        <w:t>DATOS DEL VEHÍCULO (sólo en caso de sustitución por datos incorrectos o pérdida/robo)</w:t>
      </w:r>
    </w:p>
    <w:p>
      <w:r>
        <w:rPr>
          <w:b w:val="0"/>
          <w:sz w:val="20"/>
        </w:rPr>
        <w:t>Matrícula: ____________________________   Marca: ___________________________   Modelo: _______________________</w:t>
      </w:r>
    </w:p>
    <w:p/>
    <w:p>
      <w:r>
        <w:rPr>
          <w:b/>
          <w:sz w:val="20"/>
        </w:rPr>
        <w:t>DATOS PARA EL PAGO DE TASAS</w:t>
      </w:r>
    </w:p>
    <w:p>
      <w:r>
        <w:rPr>
          <w:b w:val="0"/>
          <w:sz w:val="20"/>
        </w:rPr>
        <w:t>Importe de la tasa: ___________ €</w:t>
      </w:r>
    </w:p>
    <w:p>
      <w:r>
        <w:rPr>
          <w:b w:val="0"/>
          <w:sz w:val="20"/>
        </w:rPr>
        <w:t>Código de tasa: ________________</w:t>
      </w:r>
    </w:p>
    <w:p>
      <w:r>
        <w:rPr>
          <w:b w:val="0"/>
          <w:sz w:val="20"/>
        </w:rPr>
        <w:t>Forma de pago: □ En efectivo   □ Transferencia bancaria   □ TPV (tarjeta)</w:t>
      </w:r>
    </w:p>
    <w:p>
      <w:r>
        <w:rPr>
          <w:b w:val="0"/>
          <w:sz w:val="20"/>
        </w:rPr>
        <w:t>Entidad bancaria: __________________________   Nº de cuenta/IBAN: ____________________________</w:t>
      </w:r>
    </w:p>
    <w:p>
      <w:r>
        <w:rPr>
          <w:b w:val="0"/>
          <w:sz w:val="20"/>
        </w:rPr>
        <w:t>Titular de la cuenta: __________________________________________________________</w:t>
      </w:r>
    </w:p>
    <w:p>
      <w:r>
        <w:rPr>
          <w:b w:val="0"/>
          <w:sz w:val="20"/>
        </w:rPr>
        <w:t>Referencia del pago: __________________________________________________________</w:t>
      </w:r>
    </w:p>
    <w:p/>
    <w:p>
      <w:r>
        <w:rPr>
          <w:b/>
          <w:sz w:val="20"/>
        </w:rPr>
        <w:t>DOCUMENTACIÓN QUE SE APORTA</w:t>
      </w:r>
    </w:p>
    <w:p>
      <w:r>
        <w:rPr>
          <w:b w:val="0"/>
          <w:sz w:val="20"/>
        </w:rPr>
        <w:t>1. Copia del DNI/NIE/CIF del solicitante.</w:t>
      </w:r>
    </w:p>
    <w:p>
      <w:r>
        <w:rPr>
          <w:b w:val="0"/>
          <w:sz w:val="20"/>
        </w:rPr>
        <w:t>2. Justificante de pago de la tasa.</w:t>
      </w:r>
    </w:p>
    <w:p>
      <w:r>
        <w:rPr>
          <w:b w:val="0"/>
          <w:sz w:val="20"/>
        </w:rPr>
        <w:t>3. Fotografía reciente (si procede).</w:t>
      </w:r>
    </w:p>
    <w:p>
      <w:r>
        <w:rPr>
          <w:b w:val="0"/>
          <w:sz w:val="20"/>
        </w:rPr>
        <w:t>4. Tarjeta anterior (en caso de renovación, sustitución o duplicado).</w:t>
      </w:r>
    </w:p>
    <w:p>
      <w:r>
        <w:rPr>
          <w:b w:val="0"/>
          <w:sz w:val="20"/>
        </w:rPr>
        <w:t>5. Documentación acreditativa del motivo de la solicitud.</w:t>
      </w:r>
    </w:p>
    <w:p>
      <w:r>
        <w:rPr>
          <w:b w:val="0"/>
          <w:sz w:val="20"/>
        </w:rPr>
        <w:t>6. Otros documentos: ___________________________________________________</w:t>
      </w:r>
    </w:p>
    <w:p/>
    <w:p>
      <w:r>
        <w:rPr>
          <w:b/>
          <w:sz w:val="20"/>
        </w:rPr>
        <w:t>LUGAR DE PRESENTACIÓN</w:t>
      </w:r>
    </w:p>
    <w:p>
      <w:r>
        <w:rPr>
          <w:b w:val="0"/>
          <w:sz w:val="20"/>
        </w:rPr>
        <w:t>Jefatura Provincial de Tráfico de Valencia</w:t>
      </w:r>
    </w:p>
    <w:p>
      <w:r>
        <w:rPr>
          <w:b w:val="0"/>
          <w:sz w:val="20"/>
        </w:rPr>
        <w:t>C/ Motilla del Palancar, 23 – 46019 Valencia</w:t>
      </w:r>
    </w:p>
    <w:p>
      <w:r>
        <w:rPr>
          <w:b w:val="0"/>
          <w:sz w:val="20"/>
        </w:rPr>
        <w:t>Teléfono: 963 17 60 00</w:t>
      </w:r>
    </w:p>
    <w:p/>
    <w:p/>
    <w:p>
      <w:r>
        <w:rPr>
          <w:b w:val="0"/>
          <w:sz w:val="20"/>
        </w:rPr>
        <w:t>Firma del solicitante: ___________________________________</w:t>
      </w:r>
    </w:p>
    <w:p/>
    <w:p/>
    <w:p>
      <w:r>
        <w:rPr>
          <w:b w:val="0"/>
          <w:sz w:val="20"/>
        </w:rPr>
        <w:t>Nombre completo: 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https://experto-administrativo.com/pago-tasas-tarjeta-tacografo-valencia/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pago-tasas-tarjeta-tacografo-valenci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