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PROPUESTA DE TRABAJO PARA INTERNOS EN CENTROS PENITENCIARIOS</w:t>
      </w:r>
    </w:p>
    <w:p/>
    <w:p>
      <w:r>
        <w:rPr>
          <w:b/>
          <w:sz w:val="20"/>
        </w:rPr>
        <w:t>DATOS DEL INTERNO/A:</w:t>
      </w:r>
    </w:p>
    <w:p>
      <w:r>
        <w:rPr>
          <w:b w:val="0"/>
          <w:sz w:val="20"/>
        </w:rPr>
        <w:t>Nombre y apellidos: __________________________________________________________</w:t>
      </w:r>
    </w:p>
    <w:p>
      <w:r>
        <w:rPr>
          <w:b w:val="0"/>
          <w:sz w:val="20"/>
        </w:rPr>
        <w:t>Nº Identificación Penitenciaria: __________________________</w:t>
      </w:r>
    </w:p>
    <w:p>
      <w:r>
        <w:rPr>
          <w:b w:val="0"/>
          <w:sz w:val="20"/>
        </w:rPr>
        <w:t>Centro Penitenciario: _______________________________________________</w:t>
      </w:r>
    </w:p>
    <w:p>
      <w:r>
        <w:rPr>
          <w:b w:val="0"/>
          <w:sz w:val="20"/>
        </w:rPr>
        <w:t>Módulo/Departamento: _______________________</w:t>
      </w:r>
    </w:p>
    <w:p/>
    <w:p>
      <w:r>
        <w:rPr>
          <w:b/>
          <w:sz w:val="20"/>
        </w:rPr>
        <w:t>DATOS DE LA EMPRESA/ENTIDAD OFERTANTE:</w:t>
      </w:r>
    </w:p>
    <w:p>
      <w:r>
        <w:rPr>
          <w:b w:val="0"/>
          <w:sz w:val="20"/>
        </w:rPr>
        <w:t>Nombre/Razón social: ________________________________________________</w:t>
      </w:r>
    </w:p>
    <w:p>
      <w:r>
        <w:rPr>
          <w:b w:val="0"/>
          <w:sz w:val="20"/>
        </w:rPr>
        <w:t>CIF/NIF: _____________________________</w:t>
      </w:r>
    </w:p>
    <w:p>
      <w:r>
        <w:rPr>
          <w:b w:val="0"/>
          <w:sz w:val="20"/>
        </w:rPr>
        <w:t>Domicilio social: ___________________________________________________</w:t>
      </w:r>
    </w:p>
    <w:p>
      <w:r>
        <w:rPr>
          <w:b w:val="0"/>
          <w:sz w:val="20"/>
        </w:rPr>
        <w:t>Representante legal: ________________________________________________</w:t>
      </w:r>
    </w:p>
    <w:p/>
    <w:p>
      <w:r>
        <w:rPr>
          <w:b/>
          <w:sz w:val="20"/>
        </w:rPr>
        <w:t>DESCRIPCIÓN DEL PUESTO DE TRABAJO OFERTADO:</w:t>
      </w:r>
    </w:p>
    <w:p>
      <w:r>
        <w:rPr>
          <w:b w:val="0"/>
          <w:sz w:val="20"/>
        </w:rPr>
        <w:t>Denominación del puesto: ____________________________________________</w:t>
      </w:r>
    </w:p>
    <w:p>
      <w:r>
        <w:rPr>
          <w:b w:val="0"/>
          <w:sz w:val="20"/>
        </w:rPr>
        <w:t>Descripción de tareas a realizar: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Número de puestos ofertados: _________</w:t>
      </w:r>
    </w:p>
    <w:p>
      <w:r>
        <w:rPr>
          <w:b w:val="0"/>
          <w:sz w:val="20"/>
        </w:rPr>
        <w:t>Duración del contrato: ___________________</w:t>
      </w:r>
    </w:p>
    <w:p>
      <w:r>
        <w:rPr>
          <w:b w:val="0"/>
          <w:sz w:val="20"/>
        </w:rPr>
        <w:t>Horario laboral: _________________________</w:t>
      </w:r>
    </w:p>
    <w:p>
      <w:r>
        <w:rPr>
          <w:b w:val="0"/>
          <w:sz w:val="20"/>
        </w:rPr>
        <w:t>Remuneración: ___________________________</w:t>
      </w:r>
    </w:p>
    <w:p/>
    <w:p>
      <w:r>
        <w:rPr>
          <w:b/>
          <w:sz w:val="20"/>
        </w:rPr>
        <w:t>FORMACIÓN Y EXPERIENCIA REQUERIDAS:</w:t>
      </w:r>
    </w:p>
    <w:p>
      <w:r>
        <w:rPr>
          <w:b w:val="0"/>
          <w:sz w:val="20"/>
        </w:rPr>
        <w:t>Nivel de estudios mínimos requeridos: _______________________________</w:t>
      </w:r>
    </w:p>
    <w:p>
      <w:r>
        <w:rPr>
          <w:b w:val="0"/>
          <w:sz w:val="20"/>
        </w:rPr>
        <w:t>Experiencia previa (especificar si es necesaria): 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/>
    <w:p>
      <w:r>
        <w:rPr>
          <w:b/>
          <w:sz w:val="20"/>
        </w:rPr>
        <w:t>CONDICIONES LABORALES:</w:t>
      </w:r>
    </w:p>
    <w:p>
      <w:r>
        <w:rPr>
          <w:b w:val="0"/>
          <w:sz w:val="20"/>
        </w:rPr>
        <w:t>Tipo de contrato: _________________________________________________</w:t>
      </w:r>
    </w:p>
    <w:p>
      <w:r>
        <w:rPr>
          <w:b w:val="0"/>
          <w:sz w:val="20"/>
        </w:rPr>
        <w:t>Jornada: ______________________      Turnos: _______________________</w:t>
      </w:r>
    </w:p>
    <w:p>
      <w:r>
        <w:rPr>
          <w:b w:val="0"/>
          <w:sz w:val="20"/>
        </w:rPr>
        <w:t>Posibilidad de continuidad tras cumplimiento de condena: ____________</w:t>
      </w:r>
    </w:p>
    <w:p>
      <w:r>
        <w:rPr>
          <w:b w:val="0"/>
          <w:sz w:val="20"/>
        </w:rPr>
        <w:t>Otros beneficios o condiciones: ____________________________________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/>
    <w:p>
      <w:r>
        <w:rPr>
          <w:b/>
          <w:sz w:val="20"/>
        </w:rPr>
        <w:t>OBJETIVOS Y COMPETENCIAS A DESARROLLAR: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/>
    <w:p>
      <w:r>
        <w:rPr>
          <w:b/>
          <w:sz w:val="20"/>
        </w:rPr>
        <w:t>OBSERVACIONES: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/>
    <w:p>
      <w:r>
        <w:rPr>
          <w:b/>
          <w:sz w:val="20"/>
        </w:rPr>
        <w:t>FIRMA DEL REPRESENTANTE DE LA EMPRESA/ENTIDAD</w:t>
      </w:r>
    </w:p>
    <w:p/>
    <w:p/>
    <w:p/>
    <w:p>
      <w:r>
        <w:rPr>
          <w:b w:val="0"/>
          <w:sz w:val="20"/>
        </w:rPr>
        <w:t>Firma: ____________________________</w:t>
      </w:r>
    </w:p>
    <w:p/>
    <w:p/>
    <w:p>
      <w:r>
        <w:rPr>
          <w:b/>
          <w:sz w:val="20"/>
        </w:rPr>
        <w:t>FIRMA DEL INTERNO/A</w:t>
      </w:r>
    </w:p>
    <w:p/>
    <w:p/>
    <w:p/>
    <w:p>
      <w:r>
        <w:rPr>
          <w:b w:val="0"/>
          <w:sz w:val="20"/>
        </w:rPr>
        <w:t>Firma: 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https://experto-administrativo.com/propuesta-de-trabajo-para-presos/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propuesta-de-trabajo-para-presos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