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SOLICITUD DE PRÓRROGA DE EXCEDENCIA VOLUNTARIA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Departamento de Recursos Humanos / Dirección de la Empresa</w:t>
      </w:r>
    </w:p>
    <w:p/>
    <w:p>
      <w:r>
        <w:rPr>
          <w:b w:val="0"/>
          <w:sz w:val="20"/>
        </w:rPr>
        <w:t>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Puesto de trabajo:</w:t>
      </w:r>
    </w:p>
    <w:p>
      <w:r>
        <w:rPr>
          <w:b w:val="0"/>
          <w:sz w:val="20"/>
        </w:rPr>
        <w:t>Centro de trabajo: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en la actualidad me encuentro en situación de excedencia voluntaria concedida por esta empresa, con efectos desde el día ____________ y cuya finalización está prevista para el día ____________.</w:t>
      </w:r>
    </w:p>
    <w:p>
      <w:r>
        <w:rPr>
          <w:b w:val="0"/>
          <w:sz w:val="20"/>
        </w:rPr>
        <w:t>Que de conformidad con lo establecido en el artículo 46.2 del Estatuto de los Trabajadores y en el convenio colectivo de aplicación, solicito la prórroga de la situación de excedencia voluntaria en la que me encuentro, por un periodo adicional de ____________ a contar desde la fecha de finalización prevista de la excedencia actualmente concedida.</w:t>
      </w:r>
    </w:p>
    <w:p>
      <w:r>
        <w:rPr>
          <w:b w:val="0"/>
          <w:sz w:val="20"/>
        </w:rPr>
        <w:t>Durante el periodo de prórroga de la excedencia voluntaria, manifiesto mi conformidad con las condiciones y efectos inherentes a dicha situación, tal como establece la normativa vigente.</w:t>
      </w:r>
    </w:p>
    <w:p/>
    <w:p>
      <w:r>
        <w:rPr>
          <w:b/>
          <w:sz w:val="20"/>
        </w:rPr>
        <w:t>Por todo ello,</w:t>
      </w:r>
    </w:p>
    <w:p>
      <w:r>
        <w:rPr>
          <w:b w:val="0"/>
          <w:sz w:val="20"/>
        </w:rPr>
        <w:t>SOLICITO se tenga por presentado este escrito, se sirva admitirlo y, en su virtud, se conceda la prórroga de la situación de excedencia voluntaria en los términos expuestos.</w:t>
      </w:r>
    </w:p>
    <w:p/>
    <w:p/>
    <w:p>
      <w:r>
        <w:rPr>
          <w:b w:val="0"/>
          <w:sz w:val="20"/>
        </w:rPr>
        <w:t>Firma:</w:t>
      </w:r>
    </w:p>
    <w:p/>
    <w:p/>
    <w:p/>
    <w:p>
      <w:r>
        <w:rPr>
          <w:b w:val="0"/>
          <w:sz w:val="20"/>
        </w:rPr>
        <w:t>Nombre y apellidos: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https://experto-administrativo.com/prorroga-excedencia-voluntaria/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prorroga-excedencia-voluntar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