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REGISTRO DE JORNADA LABORAL</w:t>
      </w:r>
    </w:p>
    <w:p/>
    <w:p>
      <w:r>
        <w:rPr>
          <w:b/>
          <w:sz w:val="20"/>
        </w:rPr>
        <w:t>DATOS DE LA EMPRESA</w:t>
      </w:r>
    </w:p>
    <w:p>
      <w:r>
        <w:rPr>
          <w:b w:val="0"/>
          <w:sz w:val="20"/>
        </w:rPr>
        <w:t>Nombre o Razón Social: ____________________________________________________________</w:t>
      </w:r>
    </w:p>
    <w:p>
      <w:r>
        <w:rPr>
          <w:b w:val="0"/>
          <w:sz w:val="20"/>
        </w:rPr>
        <w:t>CIF: __________________________ Domicilio: _________________________________________</w:t>
      </w:r>
    </w:p>
    <w:p>
      <w:r>
        <w:rPr>
          <w:b w:val="0"/>
          <w:sz w:val="20"/>
        </w:rPr>
        <w:t>Actividad: ____________________ Teléfono: ___________________ Email: ________________</w:t>
      </w:r>
    </w:p>
    <w:p/>
    <w:p>
      <w:r>
        <w:rPr>
          <w:b/>
          <w:sz w:val="20"/>
        </w:rPr>
        <w:t>DATOS DEL TRABAJADOR</w:t>
      </w:r>
    </w:p>
    <w:p>
      <w:r>
        <w:rPr>
          <w:b w:val="0"/>
          <w:sz w:val="20"/>
        </w:rPr>
        <w:t>Nombre y apellidos: _______________________________________________________________</w:t>
      </w:r>
    </w:p>
    <w:p>
      <w:r>
        <w:rPr>
          <w:b w:val="0"/>
          <w:sz w:val="20"/>
        </w:rPr>
        <w:t>DNI/NIE: _____________________ Categoría/puesto: _________________________________</w:t>
      </w:r>
    </w:p>
    <w:p>
      <w:r>
        <w:rPr>
          <w:b w:val="0"/>
          <w:sz w:val="20"/>
        </w:rPr>
        <w:t>Departamento/Sección: ____________________ Nº Afiliación SS: ______________________</w:t>
      </w:r>
    </w:p>
    <w:p>
      <w:r>
        <w:rPr>
          <w:b w:val="0"/>
          <w:sz w:val="20"/>
        </w:rPr>
        <w:t>Tipo de contrato: ________________________ Jornada: _______________________________</w:t>
      </w:r>
    </w:p>
    <w:p/>
    <w:p>
      <w:r>
        <w:rPr>
          <w:b/>
          <w:sz w:val="20"/>
        </w:rPr>
        <w:t>REGISTRO DIARIO DE JORNADA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rPr>
                <w:b/>
              </w:rPr>
              <w:t>Fecha</w:t>
            </w:r>
          </w:p>
        </w:tc>
        <w:tc>
          <w:tcPr>
            <w:tcW w:type="dxa" w:w="1994"/>
          </w:tcPr>
          <w:p>
            <w:r>
              <w:rPr>
                <w:b/>
              </w:rPr>
              <w:t>Hora Entrada</w:t>
            </w:r>
          </w:p>
        </w:tc>
        <w:tc>
          <w:tcPr>
            <w:tcW w:type="dxa" w:w="1994"/>
          </w:tcPr>
          <w:p>
            <w:r>
              <w:rPr>
                <w:b/>
              </w:rPr>
              <w:t>Hora Salida</w:t>
            </w:r>
          </w:p>
        </w:tc>
        <w:tc>
          <w:tcPr>
            <w:tcW w:type="dxa" w:w="1994"/>
          </w:tcPr>
          <w:p>
            <w:r>
              <w:rPr>
                <w:b/>
              </w:rPr>
              <w:t>Firma Trabajador/a</w:t>
            </w:r>
          </w:p>
        </w:tc>
        <w:tc>
          <w:tcPr>
            <w:tcW w:type="dxa" w:w="1994"/>
          </w:tcPr>
          <w:p>
            <w:r>
              <w:rPr>
                <w:b/>
              </w:rPr>
              <w:t>Observaciones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>
      <w:r>
        <w:rPr>
          <w:b/>
          <w:sz w:val="20"/>
        </w:rPr>
        <w:t>RESUMEN HORARIO MENSUAL</w:t>
      </w:r>
    </w:p>
    <w:p>
      <w:r>
        <w:rPr>
          <w:b w:val="0"/>
          <w:sz w:val="20"/>
        </w:rPr>
        <w:t>Total horas trabajadas este mes: _______________________________________________</w:t>
      </w:r>
    </w:p>
    <w:p>
      <w:r>
        <w:rPr>
          <w:b w:val="0"/>
          <w:sz w:val="20"/>
        </w:rPr>
        <w:t>Observaciones adicionales: ________________________________________________________</w:t>
      </w:r>
    </w:p>
    <w:p/>
    <w:p>
      <w:r>
        <w:rPr>
          <w:b/>
          <w:sz w:val="20"/>
        </w:rPr>
        <w:t>Firmas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Representante de la Empresa</w:t>
            </w:r>
          </w:p>
        </w:tc>
        <w:tc>
          <w:tcPr>
            <w:tcW w:type="dxa" w:w="4986"/>
          </w:tcPr>
          <w:p>
            <w:r>
              <w:rPr>
                <w:b/>
              </w:rPr>
              <w:t>Trabajador/a</w:t>
            </w:r>
          </w:p>
        </w:tc>
      </w:tr>
      <w:tr>
        <w:tc>
          <w:tcPr>
            <w:tcW w:type="dxa" w:w="4986"/>
          </w:tcPr>
          <w:p>
            <w:r>
              <w:br/>
              <w:br/>
              <w:t>Firma: ____________________________</w:t>
            </w:r>
          </w:p>
        </w:tc>
        <w:tc>
          <w:tcPr>
            <w:tcW w:type="dxa" w:w="4986"/>
          </w:tcPr>
          <w:p>
            <w:r>
              <w:br/>
              <w:br/>
              <w:t>Firma: ____________________________</w:t>
            </w:r>
          </w:p>
        </w:tc>
      </w:tr>
    </w:tbl>
    <w:p/>
    <w:p/>
    <w:p>
      <w:r>
        <w:rPr>
          <w:b w:val="0"/>
          <w:sz w:val="20"/>
        </w:rPr>
        <w:t>Este registro se conservará durante cuatro años y permanecerá a disposición de las personas trabajadoras, de sus representantes legales y de la Inspección de Trabajo y Seguridad Social.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https://experto-administrativo.com/registro-jornada-laboral/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registro-jornada-laboral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