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ESCRITO SOLICITANDO RECONOCIMIENTO DEL SILENCIO ADMINISTRATIVO POSITIVO</w:t>
      </w:r>
    </w:p>
    <w:p/>
    <w:p>
      <w:r>
        <w:rPr>
          <w:b/>
          <w:sz w:val="20"/>
        </w:rPr>
        <w:t xml:space="preserve">AL ORGANISMO/ADMINISTRACIÓN: </w:t>
      </w:r>
    </w:p>
    <w:p>
      <w:r>
        <w:rPr>
          <w:b w:val="0"/>
          <w:sz w:val="20"/>
        </w:rPr>
      </w:r>
    </w:p>
    <w:p>
      <w:r>
        <w:rPr>
          <w:b/>
          <w:sz w:val="20"/>
        </w:rPr>
        <w:t>DATOS DEL INTERESADO/A:</w:t>
      </w:r>
    </w:p>
    <w:p>
      <w:r>
        <w:rPr>
          <w:b w:val="0"/>
          <w:sz w:val="20"/>
        </w:rPr>
        <w:t xml:space="preserve">Nombre y apellidos: </w:t>
      </w:r>
    </w:p>
    <w:p>
      <w:r>
        <w:rPr>
          <w:b w:val="0"/>
          <w:sz w:val="20"/>
        </w:rPr>
        <w:t xml:space="preserve">DNI/NIE: </w:t>
      </w:r>
    </w:p>
    <w:p>
      <w:r>
        <w:rPr>
          <w:b w:val="0"/>
          <w:sz w:val="20"/>
        </w:rPr>
        <w:t xml:space="preserve">Domicilio: </w:t>
      </w:r>
    </w:p>
    <w:p>
      <w:r>
        <w:rPr>
          <w:b w:val="0"/>
          <w:sz w:val="20"/>
        </w:rPr>
        <w:t xml:space="preserve">Teléfono: </w:t>
      </w:r>
    </w:p>
    <w:p>
      <w:r>
        <w:rPr>
          <w:b w:val="0"/>
          <w:sz w:val="20"/>
        </w:rPr>
        <w:t xml:space="preserve">Correo electrónico: </w:t>
      </w:r>
    </w:p>
    <w:p/>
    <w:p>
      <w:r>
        <w:rPr>
          <w:b/>
          <w:sz w:val="20"/>
        </w:rPr>
        <w:t>EXPONE:</w:t>
      </w:r>
    </w:p>
    <w:p>
      <w:r>
        <w:rPr>
          <w:b w:val="0"/>
          <w:sz w:val="20"/>
        </w:rPr>
        <w:t>PRIMERO.- Que en fecha _____________, esta parte presentó solicitud ante ese organismo mediante registro número __________, solicitando ____________________________.</w:t>
      </w:r>
    </w:p>
    <w:p>
      <w:r>
        <w:rPr>
          <w:b w:val="0"/>
          <w:sz w:val="20"/>
        </w:rPr>
        <w:t>SEGUNDO.- Que transcurrido el plazo legal establecido para resolver y notificar de forma expresa, no se ha recibido resolución alguna por parte de la Administración.</w:t>
      </w:r>
    </w:p>
    <w:p>
      <w:r>
        <w:rPr>
          <w:b w:val="0"/>
          <w:sz w:val="20"/>
        </w:rPr>
        <w:t>TERCERO.- Que de conformidad con lo dispuesto en el artículo 24 de la Ley 39/2015, de 1 de octubre, del Procedimiento Administrativo Común de las Administraciones Públicas, y demás normativa de aplicación, el silencio administrativo en este caso tiene carácter positivo, estimándose la solicitud presentada.</w:t>
      </w:r>
    </w:p>
    <w:p>
      <w:r>
        <w:rPr>
          <w:b w:val="0"/>
          <w:sz w:val="20"/>
        </w:rPr>
        <w:t>CUARTO.- Que en consecuencia, se entiende estimada la solicitud en los términos planteados en virtud del silencio administrativo positivo, salvo que concurra alguna excepción legalmente prevista que no concurre en este supuesto.</w:t>
      </w:r>
    </w:p>
    <w:p/>
    <w:p>
      <w:r>
        <w:rPr>
          <w:b/>
          <w:sz w:val="20"/>
        </w:rPr>
        <w:t>SOLICITA:</w:t>
      </w:r>
    </w:p>
    <w:p>
      <w:r>
        <w:rPr>
          <w:b w:val="0"/>
          <w:sz w:val="20"/>
        </w:rPr>
        <w:t>Que tenga por presentado este escrito, lo admita y, en su virtud, reconozca expresamente el derecho solicitado en el escrito presentado en fecha _____________, por aplicación del silencio administrativo positivo, expidiendo la correspondiente resolución o documento acreditativo conforme prevé la normativa vigente.</w:t>
      </w:r>
    </w:p>
    <w:p/>
    <w:p>
      <w:r>
        <w:rPr>
          <w:b w:val="0"/>
          <w:sz w:val="20"/>
        </w:rPr>
        <w:t xml:space="preserve">LUGAR Y FECHA: </w:t>
      </w:r>
    </w:p>
    <w:p/>
    <w:p/>
    <w:p>
      <w:r>
        <w:rPr>
          <w:b w:val="0"/>
          <w:sz w:val="20"/>
        </w:rPr>
        <w:t>Firma:</w:t>
      </w:r>
    </w:p>
    <w:p/>
    <w:p/>
    <w:p>
      <w:r>
        <w:rPr>
          <w:b w:val="0"/>
          <w:sz w:val="20"/>
        </w:rPr>
      </w:r>
    </w:p>
    <w:p>
      <w:r>
        <w:rPr>
          <w:b/>
          <w:sz w:val="20"/>
        </w:rPr>
        <w:t>A LA ADMINISTRACIÓN/ORGANISMO</w:t>
      </w:r>
    </w:p>
    <w:p/>
    <w:p>
      <w:r>
        <w:br w:type="page"/>
      </w:r>
    </w:p>
    <w:p>
      <w:pPr>
        <w:jc w:val="center"/>
      </w:pPr>
      <w:r>
        <w:rPr>
          <w:color w:val="555555"/>
          <w:sz w:val="24"/>
        </w:rPr>
        <w:t>Fuente original del documento:</w:t>
      </w:r>
    </w:p>
    <w:p>
      <w:pPr>
        <w:jc w:val="center"/>
      </w:pPr>
      <w:hyperlink r:id="rId9">
        <w:r>
          <w:rPr>
            <w:color w:val="0000FF"/>
            <w:u w:val="single"/>
          </w:rPr>
          <w:t>https://experto-administrativo.com/silencio-administrativo-positivo/</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https://experto-administrativo.com</w:t>
        </w:r>
      </w:hyperlink>
    </w:p>
    <w:p>
      <w:pPr>
        <w:jc w:val="center"/>
      </w:pPr>
      <w:r>
        <w:rPr>
          <w:color w:val="808080"/>
          <w:sz w:val="20"/>
        </w:rPr>
        <w:t>Plantilla de uso personal y gratuito. Prohibido su uso comercial.</w:t>
        <w:br/>
        <w:t>Si se comparte o publica, debe mencionarse la fuente. © experto-administrativo.com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administrativo.com/silencio-administrativo-positivo/" TargetMode="External"/><Relationship Id="rId10" Type="http://schemas.openxmlformats.org/officeDocument/2006/relationships/hyperlink" Target="https://experto-administrativ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